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План дня · 1 октября · четверг · Старшая группа (5-6 лет)</w:t>
      </w:r>
    </w:p>
    <w:p>
      <w:r>
        <w:rPr>
          <w:b/>
        </w:rPr>
        <w:t>Акцент дня: Международный день пожилых людей; Международный день музыки</w:t>
      </w:r>
    </w:p>
    <w:p>
      <w:r>
        <w:rPr>
          <w:rFonts w:ascii="Times New Roman" w:hAnsi="Times New Roman"/>
          <w:b/>
          <w:sz w:val="22"/>
        </w:rPr>
        <w:t>Тема недели: Мой любимый детский сад</w:t>
      </w:r>
    </w:p>
    <w:p>
      <w:r>
        <w:rPr>
          <w:b/>
        </w:rPr>
        <w:t xml:space="preserve">Ценность: </w:t>
      </w:r>
      <w:r>
        <w:t>Дружба и сотрудничество, Культура и красота, Семья</w:t>
      </w:r>
    </w:p>
    <w:p>
      <w:r>
        <w:rPr>
          <w:b/>
        </w:rPr>
        <w:t xml:space="preserve">Направления развития: </w:t>
      </w:r>
      <w:r>
        <w:t>Познавательное развитие, Речевое развитие, Социально-коммуникативное развитие, Физическое развитие, Художественно-эстетическое развитие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030"/>
        <w:gridCol w:w="1417"/>
      </w:tblGrid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Режимный момент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type="dxa" w:w="1417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Отметка о выполнении</w:t>
            </w:r>
          </w:p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Утро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Утренняя гимнастика: Комплекс №2 «Дождик и зонтик»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Утренний круг</w:t>
            </w:r>
            <w:r>
              <w:rPr>
                <w:rFonts w:ascii="Times New Roman" w:hAnsi="Times New Roman"/>
                <w:b w:val="0"/>
                <w:sz w:val="18"/>
              </w:rPr>
              <w:t>: Мой любимый детский сад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сбора</w:t>
            </w:r>
            <w:r>
              <w:rPr>
                <w:rFonts w:ascii="Times New Roman" w:hAnsi="Times New Roman"/>
                <w:b w:val="0"/>
                <w:sz w:val="18"/>
              </w:rPr>
              <w:t>: Приветствие с осенним листочком: передать листок и назвать соседа по имени.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Сегодня День пожилых людей и День музыки. Чему тебя научили бабушка и дедушка?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Все вместе хлопнуть в ладоши и сказать: «Хорошего дня!»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Добрая игра «Звуки музыки» — Международный день музыки. Ценность: Культура и красота.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Добрая игра «В гости к бабушке и дедушке» — Международный день пожилых людей. Ценность: Семья.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«Хорошо — плохо». Цель: Формирование умения оценивать поступок и объяснять своё мнение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Пальчиковая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«Строим дом». Цель: Развитие мелкой моторики и умения передавать форму предмета руками. Текст: Тук-тук молотком — строим новый детский дом. Вот стена, вот крыша, вот окошко выше. Вот труба, а вот порог — заходи скорей, дружок! Движения: Стучать кулачком о кулачок, поставить ладони вертикально, сложить их домиком, сделать пальцами окошко, поднять указательный палец, положить ладонь на стол.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/>
                <w:sz w:val="18"/>
              </w:rPr>
              <w:t xml:space="preserve">«Звуки музыки»: </w:t>
            </w:r>
            <w:hyperlink r:id="rId9">
              <w:r>
                <w:t>паспорт практики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· </w:t>
            </w:r>
            <w:hyperlink r:id="rId10">
              <w:r>
                <w:t>игры к практике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(добрыеигры.рф)</w:t>
            </w:r>
          </w:p>
          <w:p>
            <w:pPr>
              <w:spacing w:after="40"/>
            </w:pPr>
            <w:r>
              <w:rPr>
                <w:rFonts w:ascii="Times New Roman" w:hAnsi="Times New Roman"/>
                <w:b/>
                <w:sz w:val="18"/>
              </w:rPr>
              <w:t xml:space="preserve">«В гости к бабушке и дедушке»: </w:t>
            </w:r>
            <w:hyperlink r:id="rId11">
              <w:r>
                <w:t>паспорт практики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· </w:t>
            </w:r>
            <w:hyperlink r:id="rId12">
              <w:r>
                <w:t>игры к практике</w:t>
              </w:r>
            </w:hyperlink>
            <w:r>
              <w:rPr>
                <w:rFonts w:ascii="Times New Roman" w:hAnsi="Times New Roman"/>
                <w:b w:val="0"/>
                <w:sz w:val="18"/>
              </w:rPr>
              <w:t xml:space="preserve"> (добрыеигры.рф)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Занятия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09:00–09:25 · Развитие речи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Вежливые слова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Активизировать в речи формы вежливого обращения. Учить выбирать нужную форму в зависимости от ситуации. Воспитывать вежливость и культуру общения.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Усложнение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Разыграть случай, где одного «пожалуйста» мало: объяснить просьбу и предложить помощь взамен.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Кукла молча выхватила игрушку у другой куклы. С ней теперь не хотят играть. Чего ей не хватило — силы или слов?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Разыгрываем ситуации: попросить, вежливо отказать, извиниться, поблагодарить. После каждой обсуждаем, какие слова подошли и почему.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Правда ли, что вежливые слова что-то меняют, или это просто привычка? Когда труднее всего извиняться?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Карточки с ситуациями, куклы для разыгрывания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09:35–10:00 · Рисование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Мы на прогулке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рисовать групповой сюжет, размещая несколько фигур на листе. Закреплять умение рисовать линию горизонта. Воспитывать дружеские отношения.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Усложнение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Согласовать размер своих фигур с работами соседей по общему листу.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Разворачиваю большой лист. Одному такой не осилить — ни за занятие, ни за два. А если вместе?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Вспоминаем прогулку. Намечаем линию земли, договариваемся, кто что рисует, размещаем фигуры и постройки участка.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Что получилось лучше, чем если бы рисовали поодиночке? Как мы делили работу, чтобы не мешать друг другу?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Гуашь, кисти, бумага А3 для общей работы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15:40–16:05 · Познавательно-исследовательская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Шумовые баночки: что звучит громче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Познакомить с тем, что звук зависит от того, что и сколько насыпано в баночку. Учить различать звуки на слух и раскладывать баночки от тихой к громкой. Воспитывать желание играть вместе в оркестре группы.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Усложнение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Найти на слух две баночки с одинаковым наполнением и проверить себя, открыв их.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Встряхнём закрытые баночки. Внутри что-то шуршит, стучит, звенит. Что там спрятано?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Слушаем закрытые баночки и предполагаем, что внутри. Открываем и проверяем: песок, манка, горох, пуговицы. Наполняем свои баночки, меняем количество и сравниваем звук. Раскладываем баночки от тихой к громкой. Играем оркестром под знакомую песню.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Почему горох звучит громче песка? Какую баночку ты возьмёшь в оркестр и почему?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Одинаковые непрозрачные баночки с крышками, песок, манка, горох, пуговицы, ложки, запись знакомой песни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«Найди и промолчи». Цель: Развитие произвольного внимания и выдержки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Листопад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Формирование представлений о листопаде как подготовке дерева к зиме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И. Бунин, «Листопад»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Уборка листьев на участке малышей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Гуси-лебеди. Цель: Развитие умения бегать с увёртыванием и вести диалог по тексту игры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Хитрая лиса. Цель: Развитие умения бегать с увёртыванием, воспитание выдержки и наблюдательности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Прыжки в длину с места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Самостоятельная деятельность с выносным материалом: Грабли, носилки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Опыт</w:t>
            </w:r>
            <w:r>
              <w:rPr>
                <w:rFonts w:ascii="Times New Roman" w:hAnsi="Times New Roman"/>
                <w:b w:val="0"/>
                <w:sz w:val="18"/>
              </w:rPr>
              <w:t>: Отпустить сухой и мокрый лист: какой летит дольше.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«Тише едешь — дальше будешь». Цель: Развитие умения сдерживать движение и замирать по сигналу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Перед сном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Раздевание и уход за одеждой: Раздеваться быстро и аккуратно, складывать одежду в определённом порядке.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 перед сном</w:t>
            </w:r>
            <w:r>
              <w:rPr>
                <w:rFonts w:ascii="Times New Roman" w:hAnsi="Times New Roman"/>
                <w:b w:val="0"/>
                <w:sz w:val="18"/>
              </w:rPr>
              <w:t>: К. Паустовский «Кот-ворюга»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Слушание</w:t>
            </w:r>
            <w:r>
              <w:rPr>
                <w:rFonts w:ascii="Times New Roman" w:hAnsi="Times New Roman"/>
                <w:b w:val="0"/>
                <w:sz w:val="18"/>
              </w:rPr>
              <w:t>: Звуки дождя, спокойная мелодия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Релаксация</w:t>
            </w:r>
            <w:r>
              <w:rPr>
                <w:rFonts w:ascii="Times New Roman" w:hAnsi="Times New Roman"/>
                <w:b w:val="0"/>
                <w:sz w:val="18"/>
              </w:rPr>
              <w:t>: «Тёплый дождик» — представить, как тёплые капли согревают, тело становится тяжёлым и спокойным.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После сна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Гимнастика после сна: Комплекс №2 «Дождик прошёл»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«Зеркало». Цель: Развитие внимания и умения точно повторять движения за ведущим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Вечерний круг</w:t>
            </w:r>
            <w:r>
              <w:rPr>
                <w:rFonts w:ascii="Times New Roman" w:hAnsi="Times New Roman"/>
                <w:b w:val="0"/>
                <w:sz w:val="18"/>
              </w:rPr>
              <w:t>: Мои успехи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Что ты сегодня сделал для нашего сада?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Похлопать друг другу за старание.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Продуктивная практика</w:t>
            </w:r>
            <w:r>
              <w:rPr>
                <w:rFonts w:ascii="Times New Roman" w:hAnsi="Times New Roman"/>
                <w:b w:val="0"/>
                <w:sz w:val="18"/>
              </w:rPr>
              <w:t>: Коллаж «Золотая осень» из природного материала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Познавательно-исследовательская практика</w:t>
            </w:r>
            <w:r>
              <w:rPr>
                <w:rFonts w:ascii="Times New Roman" w:hAnsi="Times New Roman"/>
                <w:b w:val="0"/>
                <w:sz w:val="18"/>
              </w:rPr>
              <w:t>: Испарение: куда исчезает лужа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 центрах: Центр творчества: Краски для рисования по мокрому, штампы из овощей, цветная бумага.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«Мой дом, моя семья». Цель: Закрепление представлений о составе семьи и родственных связях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Вечерняя 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Дождь и лужи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Формирование представлений о том, откуда берётся дождь и куда исчезает лужа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А. Блок, «Зайчик»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Укрытие многолетников листвой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Совушка. Цель: Развитие умения замирать по сигналу и удерживать равновесие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Отбивание мяча о землю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«Съедобное — несъедобное». Цель: Развитие внимания и быстроты реакции, закрепление представлений о съедобном и несъедобном</w:t>
            </w:r>
          </w:p>
        </w:tc>
        <w:tc>
          <w:tcPr>
            <w:tcW w:type="dxa" w:w="1417"/>
          </w:tcPr>
          <w:p/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28"/>
        </w:rPr>
        <w:t>Картотека комплексов гимнастики · приложение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Утренняя гимнастика: Комплекс №2 «Дождик и зонтик» · 1–14 октября</w:t>
            </w:r>
          </w:p>
          <w:p>
            <w:r>
              <w:t>Цель: Развитие координации движений, обучение упражнениям под образный рассказ</w:t>
            </w:r>
          </w:p>
          <w:p>
            <w:r>
              <w:t>Инвентарь: Без предметов</w:t>
            </w:r>
          </w:p>
          <w:p>
            <w:r>
              <w:t>Вводная часть: Ходьба с высоким подниманием колена, бег между предметами, ходьба обычная.</w:t>
            </w:r>
          </w:p>
          <w:p>
            <w:r>
              <w:rPr>
                <w:b/>
              </w:rPr>
              <w:t>Упражнения</w:t>
            </w:r>
          </w:p>
          <w:p>
            <w:r>
              <w:t>1. Зонтик открылся. Основная стойка, руки внизу. Развести руки в стороны, поднять вверх, соединить ладони над головой. — 6 раз</w:t>
            </w:r>
          </w:p>
          <w:p>
            <w:r>
              <w:t>2. Капли падают. Ноги на ширине плеч, руки на пояс. Наклон вперёд, руки свободно вниз, покачать кистями. — 6 раз</w:t>
            </w:r>
          </w:p>
          <w:p>
            <w:r>
              <w:t>3. Обходим лужи. Стоя, руки на пояс. Поднять согнутую ногу, поставить. То же другой ногой. — по 5 раз</w:t>
            </w:r>
          </w:p>
          <w:p>
            <w:r>
              <w:t>4. Прячемся от дождя. Сидя на пятках, руки на коленях. Наклон вперёд, руки вперёд по полу, вернуться. — 5 раз</w:t>
            </w:r>
          </w:p>
          <w:p>
            <w:r>
              <w:t>5. Ручеёк. Лёжа на спине, руки вдоль туловища. Поочерёдное сгибание и разгибание ног — «велосипед». — 20 секунд</w:t>
            </w:r>
          </w:p>
          <w:p>
            <w:r>
              <w:rPr>
                <w:b/>
              </w:rPr>
              <w:t>Прыжки</w:t>
            </w:r>
          </w:p>
          <w:p>
            <w:r>
              <w:t>1. Прыжки. Прыжки с ноги на ногу — «перепрыгиваем лужи», чередование с ходьбой. — 3 раза по 10</w:t>
            </w:r>
          </w:p>
          <w:p>
            <w:r>
              <w:t>Дыхательное упражнение: «Дождик стих» — глубокий вдох, выдох со звуком «ш-ш-ш».</w:t>
            </w:r>
          </w:p>
          <w:p>
            <w:r>
              <w:t>Заключительная часть: Спокойная ходьба, руки за спину.</w:t>
            </w:r>
          </w:p>
        </w:tc>
      </w:tr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Гимнастика после сна: Комплекс №2 «Дождик прошёл» · 1–14 октября</w:t>
            </w:r>
          </w:p>
          <w:p>
            <w:r>
              <w:t>Цель: Мягкое пробуждение после сна, укрепление стоп, формирование правильного дыхания</w:t>
            </w:r>
          </w:p>
          <w:p>
            <w:r>
              <w:rPr>
                <w:b/>
              </w:rPr>
              <w:t>В постели</w:t>
            </w:r>
          </w:p>
          <w:p>
            <w:r>
              <w:t>1. Просыпаемся. Лёжа на спине, потянуться, зевнуть, улыбнуться. — 5 раз</w:t>
            </w:r>
          </w:p>
          <w:p>
            <w:r>
              <w:t>2. Капельки. Лёжа на спине, поочерёдно сгибать и разгибать пальцы рук и ног. — 20 секунд</w:t>
            </w:r>
          </w:p>
          <w:p>
            <w:r>
              <w:t>3. Лужица. Лёжа на спине, развести руки и ноги в стороны — «растеклись», собрать. — 5 раз</w:t>
            </w:r>
          </w:p>
          <w:p>
            <w:r>
              <w:rPr>
                <w:b/>
              </w:rPr>
              <w:t>У кроватей</w:t>
            </w:r>
          </w:p>
          <w:p>
            <w:r>
              <w:t>1. Зонтик. Руки через стороны вверх, соединить ладони над головой. — 6 раз</w:t>
            </w:r>
          </w:p>
          <w:p>
            <w:r>
              <w:t>2. Перепрыгнем лужу. Прыжки на двух ногах на месте. — 12 прыжков</w:t>
            </w:r>
          </w:p>
          <w:p>
            <w:r>
              <w:t>Дорожка здоровья: Ходьба босиком по коврикам с пуговицами и по влажной дорожке (солевой), затем по сухой.</w:t>
            </w:r>
          </w:p>
          <w:p>
            <w:r>
              <w:t>Дыхательное упражнение: «Дождик стих» — вдох носом, выдох со звуком «ш-ш-ш».</w:t>
            </w:r>
          </w:p>
          <w:p>
            <w:r>
              <w:t>Водные процедуры: Умывание, обливание рук до локтей прохладной водой.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8"/>
        </w:rPr>
        <w:t>Картотека наблюдений на прогулке</w:t>
      </w:r>
    </w:p>
    <w:p>
      <w:r>
        <w:rPr>
          <w:b/>
        </w:rPr>
        <w:t>Листопад</w:t>
      </w:r>
    </w:p>
    <w:p>
      <w:r>
        <w:t>Цель: Формирование представлений о листопаде как подготовке дерева к зиме</w:t>
      </w:r>
    </w:p>
    <w:p>
      <w:r>
        <w:t>Ход: Встаём под деревом в листопад, подставляем ладони. Смотрим, как лист не падает камнем, а кружится. Разгребаем листву у ствола: под ней земля тёплая и влажная. Сравниваем с голой утоптанной дорожкой.</w:t>
      </w:r>
    </w:p>
    <w:p>
      <w:r>
        <w:t>Вопросы к детям:</w:t>
      </w:r>
    </w:p>
    <w:p>
      <w:pPr>
        <w:pStyle w:val="ListNumber"/>
      </w:pPr>
      <w:r>
        <w:t>Почему лист падает кружась, а каштан — сразу вниз?</w:t>
      </w:r>
    </w:p>
    <w:p>
      <w:pPr>
        <w:pStyle w:val="ListNumber"/>
      </w:pPr>
      <w:r>
        <w:t>Что мы нашли под слоем листьев, чего нет на дорожке?</w:t>
      </w:r>
    </w:p>
    <w:p>
      <w:pPr>
        <w:pStyle w:val="ListNumber"/>
      </w:pPr>
      <w:r>
        <w:t>Дворник убирает листья с дорожек, а под деревьями оставляет. Зачем?</w:t>
      </w:r>
    </w:p>
    <w:p>
      <w:pPr>
        <w:pStyle w:val="ListNumber"/>
      </w:pPr>
      <w:r>
        <w:t>Куда денутся листья к весне, если их не убрать?</w:t>
      </w:r>
    </w:p>
    <w:p>
      <w:pPr>
        <w:pStyle w:val="ListNumber"/>
      </w:pPr>
      <w:r>
        <w:t>Дереву жалко свои листья? А что было бы, если бы оно их не сбросило?</w:t>
      </w:r>
    </w:p>
    <w:p>
      <w:r>
        <w:t>Вывод: Дерево сбрасывает листья, чтобы пережить зиму. Опавшая листва укрывает корни от мороза, перегнивает и кормит почву.</w:t>
      </w:r>
    </w:p>
    <w:p>
      <w:r>
        <w:rPr>
          <w:b/>
        </w:rPr>
        <w:t>Дождь и лужи</w:t>
      </w:r>
    </w:p>
    <w:p>
      <w:r>
        <w:t>Цель: Формирование представлений о том, откуда берётся дождь и куда исчезает лужа</w:t>
      </w:r>
    </w:p>
    <w:p>
      <w:r>
        <w:t>Ход: Слушаем дождь под навесом: как стучит по крыше, по листьям, по луже. После дождя обходим участок, ищем, где луж много, а где сухо. Отмечаем палочкой глубину лужи и возвращаемся к ней после сна.</w:t>
      </w:r>
    </w:p>
    <w:p>
      <w:r>
        <w:t>Вопросы к детям:</w:t>
      </w:r>
    </w:p>
    <w:p>
      <w:pPr>
        <w:pStyle w:val="ListNumber"/>
      </w:pPr>
      <w:r>
        <w:t>Где луж больше — на песке или на утоптанной дорожке? Почему?</w:t>
      </w:r>
    </w:p>
    <w:p>
      <w:pPr>
        <w:pStyle w:val="ListNumber"/>
      </w:pPr>
      <w:r>
        <w:t>Лужа стала мельче. Куда делась вода?</w:t>
      </w:r>
    </w:p>
    <w:p>
      <w:pPr>
        <w:pStyle w:val="ListNumber"/>
      </w:pPr>
      <w:r>
        <w:t>Откуда взялась вода в тучах, если тучи в небе, а моря далеко?</w:t>
      </w:r>
    </w:p>
    <w:p>
      <w:pPr>
        <w:pStyle w:val="ListNumber"/>
      </w:pPr>
      <w:r>
        <w:t>Бывает ли дождь без туч?</w:t>
      </w:r>
    </w:p>
    <w:p>
      <w:pPr>
        <w:pStyle w:val="ListNumber"/>
      </w:pPr>
      <w:r>
        <w:t>Дождь — это хорошо или плохо? Для кого как?</w:t>
      </w:r>
    </w:p>
    <w:p>
      <w:r>
        <w:t>Вывод: Вода с земли испаряется, поднимается вверх, собирается в тучи и возвращается дождём. Так она ходит по кругу и не кончается.</w:t>
      </w:r>
    </w:p>
    <w:p>
      <w:r>
        <w:t>Занятия — авторская разработка сервиса «Само составилось» по ФОП ДО. Методическую литературу, по которой работает ваш сад, впишите сами.</w:t>
      </w:r>
    </w:p>
    <w:sectPr w:rsidR="00FC693F" w:rsidRPr="0006063C" w:rsidSect="00034616">
      <w:pgSz w:w="11906" w:h="16838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&#1076;&#1086;&#1073;&#1088;&#1099;&#1077;&#1080;&#1075;&#1088;&#1099;.&#1088;&#1092;/kultura-i-krasota/vospitatel/muzyka/starshaya/pasportichka.pdf" TargetMode="External"/><Relationship Id="rId10" Type="http://schemas.openxmlformats.org/officeDocument/2006/relationships/hyperlink" Target="https://&#1076;&#1086;&#1073;&#1088;&#1099;&#1077;&#1080;&#1075;&#1088;&#1099;.&#1088;&#1092;/kultura-i-krasota/vospitatel/muzyka/starshaya/igry.pdf" TargetMode="External"/><Relationship Id="rId11" Type="http://schemas.openxmlformats.org/officeDocument/2006/relationships/hyperlink" Target="https://&#1076;&#1086;&#1073;&#1088;&#1099;&#1077;&#1080;&#1075;&#1088;&#1099;.&#1088;&#1092;/semya/vospitatel/babushki-i-dedushki/starshaya/pasportichka.pdf" TargetMode="External"/><Relationship Id="rId12" Type="http://schemas.openxmlformats.org/officeDocument/2006/relationships/hyperlink" Target="https://&#1076;&#1086;&#1073;&#1088;&#1099;&#1077;&#1080;&#1075;&#1088;&#1099;.&#1088;&#1092;/semya/vospitatel/babushki-i-dedushki/starshaya/igr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