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План дня · 5 октября · понедельник · Первая младшая группа (2-3 года)</w:t>
      </w:r>
    </w:p>
    <w:p>
      <w:r>
        <w:rPr>
          <w:rFonts w:ascii="Times New Roman" w:hAnsi="Times New Roman"/>
          <w:b/>
          <w:sz w:val="22"/>
        </w:rPr>
        <w:t>Тема недели: Урожай на грядке и в саду</w:t>
      </w:r>
    </w:p>
    <w:p>
      <w:r>
        <w:rPr>
          <w:b/>
        </w:rPr>
        <w:t xml:space="preserve">Ценность: </w:t>
      </w:r>
      <w:r>
        <w:t>Труд</w:t>
      </w:r>
    </w:p>
    <w:p>
      <w:r>
        <w:rPr>
          <w:b/>
        </w:rPr>
        <w:t xml:space="preserve">Направления развития: </w:t>
      </w:r>
      <w:r>
        <w:t>Речевое развитие, Социально-коммуникативное развитие, Художественно-эстетическое развитие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84"/>
        <w:gridCol w:w="7030"/>
        <w:gridCol w:w="1417"/>
      </w:tblGrid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Режимный момент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Содержание</w:t>
            </w:r>
          </w:p>
        </w:tc>
        <w:tc>
          <w:tcPr>
            <w:tcW w:type="dxa" w:w="1417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Отметка о выполнении</w:t>
            </w:r>
          </w:p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Утро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Утренняя гимнастика: Комплекс №2 «Дождик и зонтик»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Утренний круг</w:t>
            </w:r>
            <w:r>
              <w:rPr>
                <w:rFonts w:ascii="Times New Roman" w:hAnsi="Times New Roman"/>
                <w:b w:val="0"/>
                <w:sz w:val="18"/>
              </w:rPr>
              <w:t>: Урожай на грядке и в саду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сбора</w:t>
            </w:r>
            <w:r>
              <w:rPr>
                <w:rFonts w:ascii="Times New Roman" w:hAnsi="Times New Roman"/>
                <w:b w:val="0"/>
                <w:sz w:val="18"/>
              </w:rPr>
              <w:t>: Приветствие с осенним листочком: передать листок и назвать соседа по имени.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Что растёт в огороде?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Все вместе хлопнуть в ладоши и сказать: «Хорошего дня!»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Формат для группы 2–3: Для первой младшей группы круг проводится в сокращённом виде: 3–5 минут, преимущественно показ и повторение за воспитателем, развёрнутых ответов не требуется.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Дидактическая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«Большой — маленький». Цель: Формирование умения сравнивать предметы по величине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Пальчиковая игра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«Мы капусту рубим». Цель: Развитие мелкой моторики и умения выполнять разные движения руками. Текст: Мы капусту рубим, рубим, мы морковку трём, трём, мы капусту солим, солим, мы капусту жмём, жмём. Движения: Ребром ладони стучать по столу, тереть кулачок о кулачок, «солить» щепоткой, сжимать и разжимать кулачки. Упрощение для младших: Для 2-3 — стучать ладошкой по столу и сжимать кулачки. Источник: Народная потешка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Занятия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09:00–09:10 · Развитие речи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Что лежит в корзине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Учить узнавать и называть морковь, картошку, лук. Учить отвечать на вопрос «что это?». Воспитывать интерес к труду на огороде.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Бабушка прислала корзину с огорода, а что внутри — не написала.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Достаём по одному овощу, называем, трогаем, нюхаем лук. Раскладываем овощи по тарелкам: сюда морковь, сюда картошку. Игра «Найди такой же» по картинке.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Показываем, где морковь, а где картошка. Проговариваем: это овощи, они росли на грядке.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Корзина, настоящие морковь, картошка, лук, тарелки, картинки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09:20–09:30 · Рисование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Горошек рассыпался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Задачи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Учить рисовать пальчиком, оставляя круглый след. Закреплять зелёный цвет. Воспитывать интерес к рисованию.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Мотивация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Стручок не удержал горошины, и они раскатились по всему столу.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Основная часть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Показ: обмакиваем пальчик в краску, ставим круглый след. Дети рисуют горошины по всему листу, считают вместе с педагогом.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Рефлексия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Смотрим, сколько горошин рассыпалось. Проговариваем: горошина круглая, зелёная.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Материалы</w:t>
            </w:r>
            <w:r>
              <w:rPr>
                <w:rFonts w:ascii="Times New Roman" w:hAnsi="Times New Roman"/>
                <w:b w:val="0"/>
                <w:sz w:val="18"/>
              </w:rPr>
              <w:t>:</w:t>
            </w:r>
            <w:r>
              <w:rPr>
                <w:rFonts w:ascii="Times New Roman" w:hAnsi="Times New Roman"/>
                <w:b w:val="0"/>
                <w:sz w:val="18"/>
              </w:rPr>
              <w:t xml:space="preserve"> Листы с нарисованным стручком, зелёная гуашь, салфетки</w:t>
            </w:r>
            <w:r>
              <w:rPr>
                <w:rFonts w:ascii="Times New Roman" w:hAnsi="Times New Roman"/>
                <w:b w:val="0"/>
                <w:sz w:val="18"/>
              </w:rPr>
              <w:br/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«Зайка серенький сидит». Цель: Формирование умения выполнять движения по тексту потешки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Ветер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Развитие ощущений: умения почувствовать ветер и увидеть его действие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А. Пушкин, «Ветер, ветер! Ты могуч»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Собрать игрушки в корзину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Птички в гнёздышках. Цель: Развитие умения спрыгивать и бегать в разных направлениях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Солнышко и дождик. Цель: Развитие умения бегать врассыпную и возвращаться в укрытие по сигналу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Назвать один — много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Самостоятельная деятельность с выносным материалом: Каталки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Опыт</w:t>
            </w:r>
            <w:r>
              <w:rPr>
                <w:rFonts w:ascii="Times New Roman" w:hAnsi="Times New Roman"/>
                <w:b w:val="0"/>
                <w:sz w:val="18"/>
              </w:rPr>
              <w:t>: Запустить вертушки в разных местах участка: где ветер сильнее.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«Найди флажок». Цель: Развитие зрительного внимания и умения ориентироваться в группе и на участке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Перед сном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Раздевание и уход за одеждой: Учить снимать колготки, обращаться за помощью словами.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 перед сном</w:t>
            </w:r>
            <w:r>
              <w:rPr>
                <w:rFonts w:ascii="Times New Roman" w:hAnsi="Times New Roman"/>
                <w:b w:val="0"/>
                <w:sz w:val="18"/>
              </w:rPr>
              <w:t>: Потешка «Огуречик, огуречик»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Слушание</w:t>
            </w:r>
            <w:r>
              <w:rPr>
                <w:rFonts w:ascii="Times New Roman" w:hAnsi="Times New Roman"/>
                <w:b w:val="0"/>
                <w:sz w:val="18"/>
              </w:rPr>
              <w:t>: Звуки дождя, спокойная мелодия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Релаксация</w:t>
            </w:r>
            <w:r>
              <w:rPr>
                <w:rFonts w:ascii="Times New Roman" w:hAnsi="Times New Roman"/>
                <w:b w:val="0"/>
                <w:sz w:val="18"/>
              </w:rPr>
              <w:t>: «Тёплый дождик» — представить, как тёплые капли согревают, тело становится тяжёлым и спокойным.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После сна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Гимнастика после сна: Комплекс №2 «Дождик прошёл» · 1–14 октября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«Тихо — громко». Цель: Развитие умения менять силу голоса и темп движений по сигналу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Вечерний круг</w:t>
            </w:r>
            <w:r>
              <w:rPr>
                <w:rFonts w:ascii="Times New Roman" w:hAnsi="Times New Roman"/>
                <w:b w:val="0"/>
                <w:sz w:val="18"/>
              </w:rPr>
              <w:t>: Мои успехи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Вопрос: Какой овощ ты сегодня узнал?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Ритуал завершения</w:t>
            </w:r>
            <w:r>
              <w:rPr>
                <w:rFonts w:ascii="Times New Roman" w:hAnsi="Times New Roman"/>
                <w:b w:val="0"/>
                <w:sz w:val="18"/>
              </w:rPr>
              <w:t>: Похлопать друг другу за старание.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Формат для группы 2–3: Для первой младшей группы круг проводится в сокращённом виде: 3–5 минут, преимущественно показ и повторение за воспитателем, развёрнутых ответов не требуется.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</w:t>
            </w:r>
            <w:r>
              <w:rPr>
                <w:rFonts w:ascii="Times New Roman" w:hAnsi="Times New Roman"/>
                <w:b w:val="0"/>
                <w:sz w:val="18"/>
              </w:rPr>
              <w:t>: Ю. Тувим «Овощи». Цель: Развитие умения слушать сказку и повторять песенку героя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Сюжетно-ролевая игра</w:t>
            </w:r>
            <w:r>
              <w:rPr>
                <w:rFonts w:ascii="Times New Roman" w:hAnsi="Times New Roman"/>
                <w:b w:val="0"/>
                <w:sz w:val="18"/>
              </w:rPr>
              <w:t>: Дом: готовим обед. Цель: Формирование умения выполнять цепочку игровых действий: варить, накрывать на стол, угощать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Чтение художественной литературы</w:t>
            </w:r>
            <w:r>
              <w:rPr>
                <w:rFonts w:ascii="Times New Roman" w:hAnsi="Times New Roman"/>
                <w:b w:val="0"/>
                <w:sz w:val="18"/>
              </w:rPr>
              <w:t>: Потешки: «Дождик, дождик, пуще», «Петушок, петушок, золотой гребешок», «Ладушки» — одно на выбор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Самостоятельная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 xml:space="preserve"> в центрах: Игровой центр: Атрибуты игры «Больница», «Ателье». Зонтики и сапожки для сюжетных игр.</w:t>
            </w:r>
          </w:p>
        </w:tc>
        <w:tc>
          <w:tcPr>
            <w:tcW w:type="dxa" w:w="1417"/>
          </w:tcPr>
          <w:p/>
        </w:tc>
      </w:tr>
      <w:tr>
        <w:tc>
          <w:tcPr>
            <w:tcW w:type="dxa" w:w="1984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Вечерняя прогулка</w:t>
            </w:r>
          </w:p>
        </w:tc>
        <w:tc>
          <w:tcPr>
            <w:tcW w:type="dxa" w:w="7030"/>
            <w:vAlign w:val="top"/>
          </w:tcPr>
          <w:p>
            <w:pPr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Наблюдение</w:t>
            </w:r>
            <w:r>
              <w:rPr>
                <w:rFonts w:ascii="Times New Roman" w:hAnsi="Times New Roman"/>
                <w:b w:val="0"/>
                <w:sz w:val="18"/>
              </w:rPr>
              <w:t>: Рябина и плоды деревьев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Цель: Развитие интереса к ягодам рябины, воспитание осторожности: ягоды в рот не брать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Художественное слово</w:t>
            </w:r>
            <w:r>
              <w:rPr>
                <w:rFonts w:ascii="Times New Roman" w:hAnsi="Times New Roman"/>
                <w:b w:val="0"/>
                <w:sz w:val="18"/>
              </w:rPr>
              <w:t>: И. Суриков, «Осень»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Трудовая деятельность</w:t>
            </w:r>
            <w:r>
              <w:rPr>
                <w:rFonts w:ascii="Times New Roman" w:hAnsi="Times New Roman"/>
                <w:b w:val="0"/>
                <w:sz w:val="18"/>
              </w:rPr>
              <w:t>: Отнести листья в ведёрке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Подвижная игра</w:t>
            </w:r>
            <w:r>
              <w:rPr>
                <w:rFonts w:ascii="Times New Roman" w:hAnsi="Times New Roman"/>
                <w:b w:val="0"/>
                <w:sz w:val="18"/>
              </w:rPr>
              <w:t>: Пузырь. Цель: Формирование умения согласовывать движения со словами и действовать вместе в кругу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Индивидуальная работа</w:t>
            </w:r>
            <w:r>
              <w:rPr>
                <w:rFonts w:ascii="Times New Roman" w:hAnsi="Times New Roman"/>
                <w:b w:val="0"/>
                <w:sz w:val="18"/>
              </w:rPr>
              <w:t>: Бросание мяча вперёд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  <w:t>С кем: ____________________</w:t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 w:val="0"/>
                <w:sz w:val="18"/>
              </w:rPr>
            </w:r>
            <w:r>
              <w:rPr>
                <w:rFonts w:ascii="Times New Roman" w:hAnsi="Times New Roman"/>
                <w:b w:val="0"/>
                <w:sz w:val="18"/>
              </w:rPr>
              <w:br/>
            </w:r>
            <w:r>
              <w:rPr>
                <w:rFonts w:ascii="Times New Roman" w:hAnsi="Times New Roman"/>
                <w:b/>
                <w:sz w:val="18"/>
              </w:rPr>
              <w:t>Игра малой подвижности</w:t>
            </w:r>
            <w:r>
              <w:rPr>
                <w:rFonts w:ascii="Times New Roman" w:hAnsi="Times New Roman"/>
                <w:b w:val="0"/>
                <w:sz w:val="18"/>
              </w:rPr>
              <w:t xml:space="preserve"> «Кто тише». Цель: Развитие умения ходить на носочках, сдерживая движения</w:t>
            </w:r>
          </w:p>
        </w:tc>
        <w:tc>
          <w:tcPr>
            <w:tcW w:type="dxa" w:w="1417"/>
          </w:tcPr>
          <w:p/>
        </w:tc>
      </w:tr>
    </w:tbl>
    <w:p>
      <w:r>
        <w:br w:type="page"/>
      </w:r>
    </w:p>
    <w:p>
      <w:pPr>
        <w:jc w:val="center"/>
      </w:pPr>
      <w:r>
        <w:rPr>
          <w:rFonts w:ascii="Times New Roman" w:hAnsi="Times New Roman"/>
          <w:b/>
          <w:sz w:val="28"/>
        </w:rPr>
        <w:t>Картотека комплексов гимнастики · приложение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488"/>
      </w:tblGrid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Утренняя гимнастика: Комплекс №2 «Дождик и зонтик» · 1–14 октября</w:t>
            </w:r>
          </w:p>
          <w:p>
            <w:r>
              <w:t>Цель: Развитие координации движений, обучение упражнениям под образный рассказ</w:t>
            </w:r>
          </w:p>
          <w:p>
            <w:r>
              <w:t>Инвентарь: Без предметов</w:t>
            </w:r>
          </w:p>
          <w:p>
            <w:r>
              <w:t>Вводная часть: Ходьба с высоким подниманием колена, бег между предметами, ходьба обычная.</w:t>
            </w:r>
          </w:p>
          <w:p>
            <w:r>
              <w:rPr>
                <w:b/>
              </w:rPr>
              <w:t>Упражнения</w:t>
            </w:r>
          </w:p>
          <w:p>
            <w:r>
              <w:t>1. Зонтик открылся. Основная стойка, руки внизу. Развести руки в стороны, поднять вверх, соединить ладони над головой. — 4 раза</w:t>
            </w:r>
          </w:p>
          <w:p>
            <w:r>
              <w:t>2. Капли падают. Ноги на ширине плеч, руки на пояс. Наклон вперёд, руки свободно вниз, покачать кистями. — 3 раза</w:t>
            </w:r>
          </w:p>
          <w:p>
            <w:r>
              <w:t>3. Обходим лужи. Стоя, руки на пояс. Поднять согнутую ногу, поставить. То же другой ногой. — по 3 раза</w:t>
            </w:r>
          </w:p>
          <w:p>
            <w:r>
              <w:t>4. Прячемся от дождя. Сидя на пятках, руки на коленях. Наклон вперёд, руки вперёд по полу, вернуться. — 3 раза</w:t>
            </w:r>
          </w:p>
          <w:p>
            <w:r>
              <w:rPr>
                <w:b/>
              </w:rPr>
              <w:t>Прыжки</w:t>
            </w:r>
          </w:p>
          <w:p>
            <w:r>
              <w:t>1. Прыжки. Прыжки с ноги на ногу — «перепрыгиваем лужи», чередование с ходьбой. — 8 прыжков</w:t>
            </w:r>
          </w:p>
          <w:p>
            <w:r>
              <w:t>Дыхательное упражнение: «Дождик стих» — глубокий вдох, выдох со звуком «ш-ш-ш».</w:t>
            </w:r>
          </w:p>
          <w:p>
            <w:r>
              <w:t>Заключительная часть: Спокойная ходьба, руки за спину.</w:t>
            </w:r>
          </w:p>
        </w:tc>
      </w:tr>
      <w:tr>
        <w:tc>
          <w:tcPr>
            <w:tcW w:type="dxa" w:w="1048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Гимнастика после сна: Комплекс №2 «Дождик прошёл» · 1–14 октября</w:t>
            </w:r>
          </w:p>
          <w:p>
            <w:r>
              <w:t>Цель: Мягкое пробуждение после сна, укрепление стоп, формирование правильного дыхания</w:t>
            </w:r>
          </w:p>
          <w:p>
            <w:r>
              <w:rPr>
                <w:b/>
              </w:rPr>
              <w:t>В постели</w:t>
            </w:r>
          </w:p>
          <w:p>
            <w:r>
              <w:t>1. Просыпаемся. Лёжа на спине, потянуться, зевнуть, улыбнуться. — 3 раза</w:t>
            </w:r>
          </w:p>
          <w:p>
            <w:r>
              <w:t>2. Капельки. Лёжа на спине, поочерёдно сгибать и разгибать пальцы рук и ног. — 10 секунд</w:t>
            </w:r>
          </w:p>
          <w:p>
            <w:r>
              <w:t>3. Лужица. Лёжа на спине, развести руки и ноги в стороны — «растеклись», собрать. — 3 раза</w:t>
            </w:r>
          </w:p>
          <w:p>
            <w:r>
              <w:rPr>
                <w:b/>
              </w:rPr>
              <w:t>У кроватей</w:t>
            </w:r>
          </w:p>
          <w:p>
            <w:r>
              <w:t>1. Зонтик. Руки через стороны вверх, соединить ладони над головой. — 3 раза</w:t>
            </w:r>
          </w:p>
          <w:p>
            <w:r>
              <w:t>2. Перепрыгнем лужу. Прыжки на двух ногах на месте. — 6 прыжков</w:t>
            </w:r>
          </w:p>
          <w:p>
            <w:r>
              <w:t>Дорожка здоровья: Ходьба босиком по коврикам с пуговицами и по влажной дорожке (солевой), затем по сухой.</w:t>
            </w:r>
          </w:p>
          <w:p>
            <w:r>
              <w:t>Дыхательное упражнение: «Дождик стих» — вдох носом, выдох со звуком «ш-ш-ш».</w:t>
            </w:r>
          </w:p>
          <w:p>
            <w:r>
              <w:t>Водные процедуры: Умывание, обливание рук до локтей прохладной водой.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  <w:sz w:val="28"/>
        </w:rPr>
        <w:t>Картотека наблюдений на прогулке</w:t>
      </w:r>
    </w:p>
    <w:p>
      <w:r>
        <w:rPr>
          <w:b/>
        </w:rPr>
        <w:t>Ветер</w:t>
      </w:r>
    </w:p>
    <w:p>
      <w:r>
        <w:t>Цель: Развитие ощущений: умения почувствовать ветер и увидеть его действие</w:t>
      </w:r>
    </w:p>
    <w:p>
      <w:r>
        <w:t>Ход: Определяем ветер без приборов: по флажку, по волосам, по движению веток. Запускаем вертушки в разных местах участка — у стены, на открытом месте, за верандой. Бросаем вверх сухой лист и следим, куда его несёт.</w:t>
      </w:r>
    </w:p>
    <w:p>
      <w:r>
        <w:t>Вопросы к детям:</w:t>
      </w:r>
    </w:p>
    <w:p>
      <w:pPr>
        <w:pStyle w:val="ListNumber"/>
      </w:pPr>
      <w:r>
        <w:t>Чувствуешь ветер на щеках?</w:t>
      </w:r>
    </w:p>
    <w:p>
      <w:pPr>
        <w:pStyle w:val="ListNumber"/>
      </w:pPr>
      <w:r>
        <w:t>Что качает ветерок?</w:t>
      </w:r>
    </w:p>
    <w:p>
      <w:r>
        <w:t>Вывод: Дует ветер. Он качает листочки.</w:t>
      </w:r>
    </w:p>
    <w:p>
      <w:r>
        <w:rPr>
          <w:b/>
        </w:rPr>
        <w:t>Рябина и плоды деревьев</w:t>
      </w:r>
    </w:p>
    <w:p>
      <w:r>
        <w:t>Цель: Развитие интереса к ягодам рябины, воспитание осторожности: ягоды в рот не брать</w:t>
      </w:r>
    </w:p>
    <w:p>
      <w:r>
        <w:t>Ход: Рассматриваем гроздь рябины: сколько ягод, какого цвета, как держатся. Ищем на участке другие плоды и семена — шишки, жёлуди, крылатки клёна. Собираем немного рябины и сушим для зимней кормушки.</w:t>
      </w:r>
    </w:p>
    <w:p>
      <w:r>
        <w:t>Вопросы к детям:</w:t>
      </w:r>
    </w:p>
    <w:p>
      <w:pPr>
        <w:pStyle w:val="ListNumber"/>
      </w:pPr>
      <w:r>
        <w:t>Какого цвета ягодки?</w:t>
      </w:r>
    </w:p>
    <w:p>
      <w:pPr>
        <w:pStyle w:val="ListNumber"/>
      </w:pPr>
      <w:r>
        <w:t>Можно ли их брать в рот?</w:t>
      </w:r>
    </w:p>
    <w:p>
      <w:r>
        <w:t>Вывод: У рябины красные ягоды. В рот их не берём.</w:t>
      </w:r>
    </w:p>
    <w:p>
      <w:r>
        <w:t>Занятия — авторская разработка сервиса «Само составилось» по ФОП ДО. Методическую литературу, по которой работает ваш сад, впишите сами.</w:t>
      </w:r>
    </w:p>
    <w:sectPr w:rsidR="00FC693F" w:rsidRPr="0006063C" w:rsidSect="00034616">
      <w:pgSz w:w="11906" w:h="16838"/>
      <w:pgMar w:top="737" w:right="709" w:bottom="737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